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4E3D"/>
          <w:sz w:val="44"/>
        </w:rPr>
        <w:t>Referencer</w:t>
      </w:r>
    </w:p>
    <w:p>
      <w:pPr>
        <w:spacing w:after="40"/>
      </w:pPr>
      <w:r>
        <w:rPr>
          <w:b w:val="0"/>
          <w:i w:val="0"/>
          <w:color w:val="222222"/>
          <w:sz w:val="21"/>
        </w:rPr>
        <w:t>Dit Navn · Telefon · din@email.dk</w:t>
      </w:r>
    </w:p>
    <w:p>
      <w:pPr>
        <w:spacing w:after="160"/>
      </w:pPr>
      <w:r>
        <w:rPr>
          <w:b w:val="0"/>
          <w:i/>
          <w:color w:val="8A8A8A"/>
          <w:sz w:val="18"/>
        </w:rPr>
        <w:t>Tip: Spørg altid dine referencer om lov, før du angiver dem – og giv dem besked, når de kan forvente et opkald. Vedlæg kun listen, hvis den efterspørges.</w:t>
      </w:r>
    </w:p>
    <w:p>
      <w:pPr>
        <w:spacing w:before="200" w:after="0"/>
      </w:pPr>
      <w:r>
        <w:rPr>
          <w:b/>
          <w:i w:val="0"/>
          <w:color w:val="222222"/>
          <w:sz w:val="23"/>
        </w:rPr>
        <w:t>Navn Navnesen</w:t>
      </w:r>
    </w:p>
    <w:p>
      <w:pPr>
        <w:spacing w:after="0"/>
      </w:pPr>
      <w:r>
        <w:rPr>
          <w:b w:val="0"/>
          <w:i w:val="0"/>
          <w:color w:val="222222"/>
          <w:sz w:val="21"/>
        </w:rPr>
        <w:t>Stilling · Virksomhed</w:t>
      </w:r>
    </w:p>
    <w:p>
      <w:pPr>
        <w:spacing w:after="0"/>
      </w:pPr>
      <w:r>
        <w:rPr>
          <w:b w:val="0"/>
          <w:i w:val="0"/>
          <w:color w:val="666666"/>
          <w:sz w:val="20"/>
        </w:rPr>
        <w:t>Relation: fx tidligere leder / kollega</w:t>
      </w:r>
    </w:p>
    <w:p>
      <w:r>
        <w:rPr>
          <w:b w:val="0"/>
          <w:i w:val="0"/>
          <w:color w:val="222222"/>
          <w:sz w:val="21"/>
        </w:rPr>
        <w:t>Telefon · email@virksomhed.dk</w:t>
      </w:r>
    </w:p>
    <w:p>
      <w:pPr>
        <w:spacing w:before="200" w:after="0"/>
      </w:pPr>
      <w:r>
        <w:rPr>
          <w:b/>
          <w:i w:val="0"/>
          <w:color w:val="222222"/>
          <w:sz w:val="23"/>
        </w:rPr>
        <w:t>Navn Navnesen</w:t>
      </w:r>
    </w:p>
    <w:p>
      <w:pPr>
        <w:spacing w:after="0"/>
      </w:pPr>
      <w:r>
        <w:rPr>
          <w:b w:val="0"/>
          <w:i w:val="0"/>
          <w:color w:val="222222"/>
          <w:sz w:val="21"/>
        </w:rPr>
        <w:t>Stilling · Virksomhed</w:t>
      </w:r>
    </w:p>
    <w:p>
      <w:pPr>
        <w:spacing w:after="0"/>
      </w:pPr>
      <w:r>
        <w:rPr>
          <w:b w:val="0"/>
          <w:i w:val="0"/>
          <w:color w:val="666666"/>
          <w:sz w:val="20"/>
        </w:rPr>
        <w:t>Relation: fx tidligere leder / kollega</w:t>
      </w:r>
    </w:p>
    <w:p>
      <w:r>
        <w:rPr>
          <w:b w:val="0"/>
          <w:i w:val="0"/>
          <w:color w:val="222222"/>
          <w:sz w:val="21"/>
        </w:rPr>
        <w:t>Telefon · email@virksomhed.dk</w:t>
      </w:r>
    </w:p>
    <w:p>
      <w:pPr>
        <w:spacing w:before="200" w:after="0"/>
      </w:pPr>
      <w:r>
        <w:rPr>
          <w:b/>
          <w:i w:val="0"/>
          <w:color w:val="222222"/>
          <w:sz w:val="23"/>
        </w:rPr>
        <w:t>Navn Navnesen</w:t>
      </w:r>
    </w:p>
    <w:p>
      <w:pPr>
        <w:spacing w:after="0"/>
      </w:pPr>
      <w:r>
        <w:rPr>
          <w:b w:val="0"/>
          <w:i w:val="0"/>
          <w:color w:val="222222"/>
          <w:sz w:val="21"/>
        </w:rPr>
        <w:t>Stilling · Virksomhed</w:t>
      </w:r>
    </w:p>
    <w:p>
      <w:pPr>
        <w:spacing w:after="0"/>
      </w:pPr>
      <w:r>
        <w:rPr>
          <w:b w:val="0"/>
          <w:i w:val="0"/>
          <w:color w:val="666666"/>
          <w:sz w:val="20"/>
        </w:rPr>
        <w:t>Relation: fx tidligere leder / kollega</w:t>
      </w:r>
    </w:p>
    <w:p>
      <w:r>
        <w:rPr>
          <w:b w:val="0"/>
          <w:i w:val="0"/>
          <w:color w:val="222222"/>
          <w:sz w:val="21"/>
        </w:rPr>
        <w:t>Telefon · email@virksomhed.dk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