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i w:val="0"/>
          <w:color w:val="222222"/>
          <w:sz w:val="20"/>
        </w:rPr>
        <w:t>Dit Navn</w:t>
        <w:br/>
        <w:t>Gadenavn 1, 0000 By</w:t>
        <w:br/>
        <w:t>Telefon · din@email.dk</w:t>
      </w:r>
    </w:p>
    <w:p>
      <w:pPr>
        <w:spacing w:after="0"/>
      </w:pPr>
    </w:p>
    <w:p>
      <w:pPr>
        <w:spacing w:after="0"/>
      </w:pPr>
      <w:r>
        <w:rPr>
          <w:b w:val="0"/>
          <w:i w:val="0"/>
          <w:color w:val="222222"/>
          <w:sz w:val="21"/>
        </w:rPr>
        <w:t>Virksomhedens navn</w:t>
        <w:br/>
        <w:t>Att.: Din leder / HR</w:t>
        <w:br/>
        <w:t>By</w:t>
      </w:r>
    </w:p>
    <w:p>
      <w:pPr>
        <w:jc w:val="right"/>
      </w:pPr>
      <w:r>
        <w:rPr>
          <w:b w:val="0"/>
          <w:i w:val="0"/>
          <w:color w:val="666666"/>
          <w:sz w:val="20"/>
        </w:rPr>
        <w:t>By, den dd. måned åååå</w:t>
      </w:r>
    </w:p>
    <w:p>
      <w:pPr>
        <w:spacing w:after="160"/>
      </w:pPr>
      <w:r>
        <w:rPr>
          <w:b/>
          <w:i w:val="0"/>
          <w:color w:val="1F4E3D"/>
          <w:sz w:val="25"/>
        </w:rPr>
        <w:t>Opsigelse af min stilling</w:t>
      </w:r>
    </w:p>
    <w:p>
      <w:pPr>
        <w:spacing w:after="160"/>
      </w:pPr>
      <w:r>
        <w:rPr>
          <w:b w:val="0"/>
          <w:i/>
          <w:color w:val="8A8A8A"/>
          <w:sz w:val="18"/>
        </w:rPr>
        <w:t>Tip: En opsigelse skal være kort og professionel. Angiv din stilling og fratrædelsesdato i henhold til dit opsigelsesvarsel. Tjek varslet i din kontrakt.</w:t>
      </w:r>
    </w:p>
    <w:p>
      <w:r>
        <w:rPr>
          <w:b w:val="0"/>
          <w:i w:val="0"/>
          <w:color w:val="222222"/>
          <w:sz w:val="22"/>
        </w:rPr>
        <w:t>Kære [leders navn],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Jeg opsiger hermed min stilling som [stillingsbetegnelse] hos [virksomhedens navn]. I henhold til mit opsigelsesvarsel er min sidste arbejdsdag den [dato].</w:t>
      </w:r>
    </w:p>
    <w:p>
      <w:pPr>
        <w:spacing w:after="160"/>
      </w:pPr>
      <w:r>
        <w:rPr>
          <w:b w:val="0"/>
          <w:i w:val="0"/>
          <w:color w:val="666666"/>
          <w:sz w:val="22"/>
        </w:rPr>
        <w:t>Tak for tiden hos jer og for et godt samarbejde. Jeg vil naturligvis gøre mit for en god overlevering frem til min fratrædelse.</w:t>
      </w:r>
    </w:p>
    <w:p>
      <w:pPr>
        <w:spacing w:before="120"/>
      </w:pPr>
      <w:r>
        <w:rPr>
          <w:b w:val="0"/>
          <w:i w:val="0"/>
          <w:color w:val="222222"/>
          <w:sz w:val="22"/>
        </w:rPr>
        <w:t>Med venlig hilsen</w:t>
        <w:br/>
        <w:br/>
        <w:t>Dit Navn</w:t>
      </w:r>
    </w:p>
    <w:sectPr w:rsidR="00FC693F" w:rsidRPr="0006063C" w:rsidSect="00034616">
      <w:pgSz w:w="12240" w:h="15840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