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4E3D"/>
          <w:sz w:val="44"/>
        </w:rPr>
        <w:t>Kompetenceoversigt</w:t>
      </w:r>
    </w:p>
    <w:p>
      <w:pPr>
        <w:spacing w:after="160"/>
      </w:pPr>
      <w:r>
        <w:rPr>
          <w:b w:val="0"/>
          <w:i/>
          <w:color w:val="8A8A8A"/>
          <w:sz w:val="18"/>
        </w:rPr>
        <w:t>Brug skemaet til at kortlægge dine kompetencer før du skriver CV og ansøgning. Sæt niveau fra 1 (begynder) til 5 (ekspert), så du ved, hvad du skal fremhæve.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FAGLIGE KOMPETENCER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Kompetence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Niveau (1-5)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Eksempel / bevis</w:t>
            </w:r>
          </w:p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</w:tbl>
    <w:p>
      <w:pPr>
        <w:spacing w:before="200" w:after="60"/>
      </w:pPr>
      <w:r>
        <w:rPr>
          <w:b/>
          <w:i w:val="0"/>
          <w:color w:val="1F4E3D"/>
          <w:sz w:val="25"/>
        </w:rPr>
        <w:t>PERSONLIGE KOMPETENCER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Kompetence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Niveau (1-5)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Eksempel / bevis</w:t>
            </w:r>
          </w:p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</w:tbl>
    <w:p>
      <w:pPr>
        <w:spacing w:before="200" w:after="60"/>
      </w:pPr>
      <w:r>
        <w:rPr>
          <w:b/>
          <w:i w:val="0"/>
          <w:color w:val="1F4E3D"/>
          <w:sz w:val="25"/>
        </w:rPr>
        <w:t>IT &amp; SYSTEMER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Kompetence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Niveau (1-5)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Eksempel / bevis</w:t>
            </w:r>
          </w:p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</w:tbl>
    <w:p>
      <w:pPr>
        <w:spacing w:before="200" w:after="60"/>
      </w:pPr>
      <w:r>
        <w:rPr>
          <w:b/>
          <w:i w:val="0"/>
          <w:color w:val="1F4E3D"/>
          <w:sz w:val="25"/>
        </w:rPr>
        <w:t>SPROG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Kompetence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Niveau (1-5)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Eksempel / bevis</w:t>
            </w:r>
          </w:p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  <w:t>Dansk</w:t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  <w:t>Engelsk</w:t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</w:tbl>
    <w:p>
      <w:pPr>
        <w:spacing w:before="200" w:after="60"/>
      </w:pPr>
      <w:r>
        <w:rPr>
          <w:b/>
          <w:i w:val="0"/>
          <w:color w:val="1F4E3D"/>
          <w:sz w:val="25"/>
        </w:rPr>
        <w:t>KURSER &amp; CERTIFICERINGER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Kompetence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Niveau (1-5)</w:t>
            </w:r>
          </w:p>
        </w:tc>
        <w:tc>
          <w:tcPr>
            <w:tcW w:type="dxa" w:w="3362"/>
            <w:shd w:val="clear" w:fill="E8F1EC"/>
          </w:tcPr>
          <w:p>
            <w:r>
              <w:rPr>
                <w:b/>
                <w:i w:val="0"/>
                <w:color w:val="1F4E3D"/>
                <w:sz w:val="20"/>
              </w:rPr>
              <w:t>Eksempel / bevis</w:t>
            </w:r>
          </w:p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  <w:tr>
        <w:tc>
          <w:tcPr>
            <w:tcW w:type="dxa" w:w="3362"/>
          </w:tcPr>
          <w:p>
            <w:r>
              <w:rPr>
                <w:b w:val="0"/>
                <w:i w:val="0"/>
                <w:color w:val="222222"/>
                <w:sz w:val="21"/>
              </w:rPr>
            </w:r>
          </w:p>
        </w:tc>
        <w:tc>
          <w:tcPr>
            <w:tcW w:type="dxa" w:w="3362"/>
          </w:tcPr>
          <w:p/>
        </w:tc>
        <w:tc>
          <w:tcPr>
            <w:tcW w:type="dxa" w:w="3362"/>
          </w:tcPr>
          <w:p/>
        </w:tc>
      </w:tr>
    </w:tbl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