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1F4E3D"/>
          <w:sz w:val="48"/>
        </w:rPr>
        <w:t>Dit Navn</w:t>
      </w:r>
    </w:p>
    <w:p>
      <w:pPr>
        <w:spacing w:after="80"/>
      </w:pPr>
      <w:r>
        <w:rPr>
          <w:b w:val="0"/>
          <w:i w:val="0"/>
          <w:color w:val="666666"/>
          <w:sz w:val="25"/>
        </w:rPr>
        <w:t>Nyuddannet [uddannelse] · søger mit første job</w:t>
      </w:r>
    </w:p>
    <w:p>
      <w:pPr>
        <w:spacing w:after="40"/>
      </w:pPr>
      <w:r>
        <w:rPr>
          <w:b w:val="0"/>
          <w:i w:val="0"/>
          <w:color w:val="222222"/>
          <w:sz w:val="20"/>
        </w:rPr>
        <w:t>By · Telefon · din@email.dk · linkedin.com/in/ditnavn</w:t>
      </w:r>
    </w:p>
    <w:p>
      <w:pPr>
        <w:spacing w:after="160"/>
      </w:pPr>
      <w:r>
        <w:rPr>
          <w:b w:val="0"/>
          <w:i/>
          <w:color w:val="8A8A8A"/>
          <w:sz w:val="18"/>
        </w:rPr>
        <w:t>Tip: Har du lidt eller ingen erhvervserfaring, så lad uddannelse, projekter og kompetencer fylde mest. Dette er et enkelt, ATS-venligt CV uden billeder og kolonner.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PROFIL</w:t>
      </w:r>
    </w:p>
    <w:p>
      <w:r>
        <w:rPr>
          <w:b w:val="0"/>
          <w:i w:val="0"/>
          <w:color w:val="666666"/>
          <w:sz w:val="21"/>
        </w:rPr>
        <w:t>Skriv 2-4 linjer om din uddannelse, dine stærkeste kompetencer og hvad du søger. Vis motivation og vilje – det vejer tungt, når erfaringen er kort.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UDDANNELSE</w:t>
      </w:r>
    </w:p>
    <w:p>
      <w:pPr>
        <w:spacing w:after="0"/>
      </w:pPr>
      <w:r>
        <w:rPr>
          <w:b/>
          <w:i w:val="0"/>
          <w:color w:val="222222"/>
          <w:sz w:val="22"/>
        </w:rPr>
        <w:t>Uddannelsens navn</w:t>
      </w:r>
      <w:r>
        <w:rPr>
          <w:b w:val="0"/>
          <w:i w:val="0"/>
          <w:color w:val="222222"/>
          <w:sz w:val="21"/>
        </w:rPr>
        <w:t xml:space="preserve">  ·  Uddannelsessted</w:t>
      </w:r>
    </w:p>
    <w:p>
      <w:pPr>
        <w:spacing w:after="40"/>
      </w:pPr>
      <w:r>
        <w:rPr>
          <w:b w:val="0"/>
          <w:i w:val="0"/>
          <w:color w:val="666666"/>
          <w:sz w:val="19"/>
        </w:rPr>
        <w:t>åååå – åååå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Relevante fag, speciale eller bachelorprojekt – og dit emne.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Karaktergennemsnit, hvis det er stærkt, eller en relevant udmærkelse.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PROJEKTER &amp; OPGAVER</w:t>
      </w:r>
    </w:p>
    <w:p>
      <w:pPr>
        <w:spacing w:after="0"/>
      </w:pPr>
      <w:r>
        <w:rPr>
          <w:b/>
          <w:i w:val="0"/>
          <w:color w:val="222222"/>
          <w:sz w:val="22"/>
        </w:rPr>
        <w:t>Projektets / opgavens titel</w:t>
      </w:r>
    </w:p>
    <w:p>
      <w:pPr>
        <w:spacing w:after="40"/>
      </w:pPr>
      <w:r>
        <w:rPr>
          <w:b w:val="0"/>
          <w:i w:val="0"/>
          <w:color w:val="666666"/>
          <w:sz w:val="19"/>
        </w:rPr>
        <w:t>fx studieprojekt, frivilligt arbejde eller en konkurrence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Hvad du lavede, hvilke værktøjer du brugte, og hvad resultatet blev.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Fremhæv samarbejde, ansvar eller en konkret leverance.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ERFARING (STUDIEJOB, FRITIDSJOB, FRIVILLIGT)</w:t>
      </w:r>
    </w:p>
    <w:p>
      <w:pPr>
        <w:spacing w:after="0"/>
      </w:pPr>
      <w:r>
        <w:rPr>
          <w:b/>
          <w:i w:val="0"/>
          <w:color w:val="222222"/>
          <w:sz w:val="22"/>
        </w:rPr>
        <w:t>Rolle</w:t>
      </w:r>
      <w:r>
        <w:rPr>
          <w:b w:val="0"/>
          <w:i w:val="0"/>
          <w:color w:val="222222"/>
          <w:sz w:val="21"/>
        </w:rPr>
        <w:t xml:space="preserve">  ·  Sted, by</w:t>
      </w:r>
    </w:p>
    <w:p>
      <w:pPr>
        <w:spacing w:after="40"/>
      </w:pPr>
      <w:r>
        <w:rPr>
          <w:b w:val="0"/>
          <w:i w:val="0"/>
          <w:color w:val="666666"/>
          <w:sz w:val="19"/>
        </w:rPr>
        <w:t>mdr. åååå – mdr. åååå</w:t>
      </w:r>
    </w:p>
    <w:p>
      <w:pPr>
        <w:pStyle w:val="ListBullet"/>
        <w:spacing w:after="40"/>
      </w:pPr>
      <w:r>
        <w:rPr>
          <w:b w:val="0"/>
          <w:i w:val="0"/>
          <w:color w:val="666666"/>
          <w:sz w:val="21"/>
        </w:rPr>
        <w:t>Opgaver og ansvar – også fra fritidsjob tæller og viser arbejdsvaner.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KOMPETENCER</w:t>
      </w:r>
    </w:p>
    <w:p>
      <w:r>
        <w:rPr>
          <w:b w:val="0"/>
          <w:i w:val="0"/>
          <w:color w:val="222222"/>
          <w:sz w:val="21"/>
        </w:rPr>
        <w:t>Kompetence · Kompetence · Kompetence · Kompetence · Kompetence</w:t>
      </w:r>
    </w:p>
    <w:p>
      <w:pPr>
        <w:spacing w:before="200" w:after="60"/>
      </w:pPr>
      <w:r>
        <w:rPr>
          <w:b/>
          <w:i w:val="0"/>
          <w:color w:val="1F4E3D"/>
          <w:sz w:val="25"/>
        </w:rPr>
        <w:t>IT &amp; SPROG</w:t>
      </w:r>
    </w:p>
    <w:p>
      <w:r>
        <w:rPr>
          <w:b w:val="0"/>
          <w:i w:val="0"/>
          <w:color w:val="222222"/>
          <w:sz w:val="21"/>
        </w:rPr>
        <w:t>Office 365 · Værktøj/system · Dansk (modersmål) · Engelsk (flydende)</w:t>
      </w:r>
    </w:p>
    <w:sectPr w:rsidR="00FC693F" w:rsidRPr="0006063C" w:rsidSect="00034616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