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fill="1F4E3D"/>
            <w:tcMar>
              <w:top w:w="300" w:type="dxa"/>
              <w:bottom w:w="260" w:type="dxa"/>
              <w:start w:w="520" w:type="dxa"/>
              <w:end w:w="520" w:type="dxa"/>
            </w:tcMar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52"/>
              </w:rPr>
              <w:t>Dit Navn</w:t>
            </w:r>
          </w:p>
          <w:p>
            <w:pPr>
              <w:spacing w:after="0"/>
            </w:pPr>
            <w:r>
              <w:rPr>
                <w:b w:val="0"/>
                <w:i w:val="0"/>
                <w:color w:val="DFECE4"/>
                <w:sz w:val="25"/>
              </w:rPr>
              <w:t>Din jobtitel / ønsket stilling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515"/>
            <w:shd w:val="clear" w:fill="E8F1EC"/>
            <w:tcMar>
              <w:top w:w="300" w:type="dxa"/>
              <w:bottom w:w="300" w:type="dxa"/>
              <w:start w:w="360" w:type="dxa"/>
              <w:end w:w="300" w:type="dxa"/>
            </w:tcMar>
            <w:vAlign w:val="top"/>
          </w:tcPr>
          <w:p>
            <w:pPr>
              <w:spacing w:before="0" w:after="60"/>
            </w:pPr>
            <w:r>
              <w:rPr>
                <w:b/>
                <w:i w:val="0"/>
                <w:color w:val="1F4E3D"/>
                <w:sz w:val="22"/>
              </w:rPr>
              <w:t>KONTAKT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By, postnr.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Telefon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din@email.dk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linkedin.com/in/ditnavn</w:t>
            </w:r>
          </w:p>
          <w:p>
            <w:pPr>
              <w:spacing w:before="240" w:after="60"/>
            </w:pPr>
            <w:r>
              <w:rPr>
                <w:b/>
                <w:i w:val="0"/>
                <w:color w:val="1F4E3D"/>
                <w:sz w:val="22"/>
              </w:rPr>
              <w:t>KOMPETENCER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•  Kompetence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•  Kompetence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•  Kompetence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•  Kompetence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•  Kompetence</w:t>
            </w:r>
          </w:p>
          <w:p>
            <w:pPr>
              <w:spacing w:before="240" w:after="60"/>
            </w:pPr>
            <w:r>
              <w:rPr>
                <w:b/>
                <w:i w:val="0"/>
                <w:color w:val="1F4E3D"/>
                <w:sz w:val="22"/>
              </w:rPr>
              <w:t>SPROG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Dansk – modersmål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Engelsk – flydende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Tysk – basis</w:t>
            </w:r>
          </w:p>
          <w:p>
            <w:pPr>
              <w:spacing w:before="240" w:after="60"/>
            </w:pPr>
            <w:r>
              <w:rPr>
                <w:b/>
                <w:i w:val="0"/>
                <w:color w:val="1F4E3D"/>
                <w:sz w:val="22"/>
              </w:rPr>
              <w:t>IT &amp; VÆRKTØJER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Office 365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Værktøj / system</w:t>
            </w:r>
          </w:p>
          <w:p>
            <w:pPr>
              <w:spacing w:after="40"/>
            </w:pPr>
            <w:r>
              <w:rPr>
                <w:b w:val="0"/>
                <w:i w:val="0"/>
                <w:color w:val="222222"/>
                <w:sz w:val="20"/>
              </w:rPr>
              <w:t>Værktøj / system</w:t>
            </w:r>
          </w:p>
        </w:tc>
        <w:tc>
          <w:tcPr>
            <w:tcW w:type="dxa" w:w="6973"/>
            <w:tcMar>
              <w:top w:w="300" w:type="dxa"/>
              <w:bottom w:w="300" w:type="dxa"/>
              <w:start w:w="420" w:type="dxa"/>
              <w:end w:w="420" w:type="dxa"/>
            </w:tcMar>
            <w:vAlign w:val="top"/>
          </w:tcPr>
          <w:p>
            <w:pPr>
              <w:spacing w:before="0" w:after="60"/>
            </w:pPr>
            <w:r>
              <w:rPr>
                <w:b/>
                <w:i w:val="0"/>
                <w:color w:val="1F4E3D"/>
                <w:sz w:val="25"/>
              </w:rPr>
              <w:t>PROFIL</w:t>
            </w:r>
          </w:p>
          <w:p>
            <w:r>
              <w:rPr>
                <w:b w:val="0"/>
                <w:i w:val="0"/>
                <w:color w:val="666666"/>
                <w:sz w:val="21"/>
              </w:rPr>
              <w:t>2-4 linjer om dig fagligt, dine vigtigste styrker og hvad du søger. Match ordvalget til opslaget.</w:t>
            </w:r>
          </w:p>
          <w:p>
            <w:pPr>
              <w:spacing w:before="240" w:after="60"/>
            </w:pPr>
            <w:r>
              <w:rPr>
                <w:b/>
                <w:i w:val="0"/>
                <w:color w:val="1F4E3D"/>
                <w:sz w:val="25"/>
              </w:rPr>
              <w:t>ERHVERVSERFARING</w:t>
            </w:r>
          </w:p>
          <w:p>
            <w:pPr>
              <w:spacing w:after="0"/>
            </w:pPr>
            <w:r>
              <w:rPr>
                <w:b/>
                <w:i w:val="0"/>
                <w:color w:val="222222"/>
                <w:sz w:val="22"/>
              </w:rPr>
              <w:t>Stillingsbetegnelse</w:t>
            </w:r>
            <w:r>
              <w:rPr>
                <w:b w:val="0"/>
                <w:i w:val="0"/>
                <w:color w:val="222222"/>
                <w:sz w:val="21"/>
              </w:rPr>
              <w:t xml:space="preserve">  ·  Virksomhed, by</w:t>
            </w:r>
          </w:p>
          <w:p>
            <w:pPr>
              <w:spacing w:after="40"/>
            </w:pPr>
            <w:r>
              <w:rPr>
                <w:b w:val="0"/>
                <w:i w:val="0"/>
                <w:color w:val="666666"/>
                <w:sz w:val="19"/>
              </w:rPr>
              <w:t>mdr. åååå – mdr. åååå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color w:val="222222"/>
                <w:sz w:val="21"/>
              </w:rPr>
              <w:t>Resultat eller ansvar — start med et udsagnsord og sæt tal på.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color w:val="222222"/>
                <w:sz w:val="21"/>
              </w:rPr>
              <w:t>Endnu et konkret resultat med effekt.</w:t>
            </w:r>
          </w:p>
          <w:p>
            <w:pPr>
              <w:spacing w:after="0"/>
            </w:pPr>
            <w:r>
              <w:rPr>
                <w:b/>
                <w:i w:val="0"/>
                <w:color w:val="222222"/>
                <w:sz w:val="22"/>
              </w:rPr>
              <w:t>Stillingsbetegnelse</w:t>
            </w:r>
            <w:r>
              <w:rPr>
                <w:b w:val="0"/>
                <w:i w:val="0"/>
                <w:color w:val="222222"/>
                <w:sz w:val="21"/>
              </w:rPr>
              <w:t xml:space="preserve">  ·  Virksomhed, by</w:t>
            </w:r>
          </w:p>
          <w:p>
            <w:pPr>
              <w:spacing w:after="40"/>
            </w:pPr>
            <w:r>
              <w:rPr>
                <w:b w:val="0"/>
                <w:i w:val="0"/>
                <w:color w:val="666666"/>
                <w:sz w:val="19"/>
              </w:rPr>
              <w:t>mdr. åååå – mdr. åååå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color w:val="222222"/>
                <w:sz w:val="21"/>
              </w:rPr>
              <w:t>Resultat eller ansvar — start med et udsagnsord og sæt tal på.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color w:val="222222"/>
                <w:sz w:val="21"/>
              </w:rPr>
              <w:t>Endnu et konkret resultat med effekt.</w:t>
            </w:r>
          </w:p>
          <w:p>
            <w:pPr>
              <w:spacing w:before="240" w:after="60"/>
            </w:pPr>
            <w:r>
              <w:rPr>
                <w:b/>
                <w:i w:val="0"/>
                <w:color w:val="1F4E3D"/>
                <w:sz w:val="25"/>
              </w:rPr>
              <w:t>UDDANNELSE</w:t>
            </w:r>
          </w:p>
          <w:p>
            <w:pPr>
              <w:spacing w:after="0"/>
            </w:pPr>
            <w:r>
              <w:rPr>
                <w:b/>
                <w:i w:val="0"/>
                <w:color w:val="222222"/>
                <w:sz w:val="22"/>
              </w:rPr>
              <w:t>Uddannelsens navn</w:t>
            </w:r>
            <w:r>
              <w:rPr>
                <w:b w:val="0"/>
                <w:i w:val="0"/>
                <w:color w:val="222222"/>
                <w:sz w:val="21"/>
              </w:rPr>
              <w:t xml:space="preserve">  ·  Uddannelsessted</w:t>
            </w:r>
          </w:p>
          <w:p>
            <w:r>
              <w:rPr>
                <w:b w:val="0"/>
                <w:i w:val="0"/>
                <w:color w:val="666666"/>
                <w:sz w:val="19"/>
              </w:rPr>
              <w:t>åååå – åååå</w:t>
            </w:r>
          </w:p>
        </w:tc>
      </w:tr>
    </w:tbl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