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4E3D"/>
          <w:sz w:val="48"/>
        </w:rPr>
        <w:t>Dit Navn</w:t>
      </w:r>
    </w:p>
    <w:p>
      <w:pPr>
        <w:spacing w:after="80"/>
      </w:pPr>
      <w:r>
        <w:rPr>
          <w:b w:val="0"/>
          <w:i w:val="0"/>
          <w:color w:val="666666"/>
          <w:sz w:val="25"/>
        </w:rPr>
        <w:t>Din jobtitel / ønsket stilling</w:t>
      </w:r>
    </w:p>
    <w:p>
      <w:pPr>
        <w:spacing w:after="40"/>
      </w:pPr>
      <w:r>
        <w:rPr>
          <w:b w:val="0"/>
          <w:i w:val="0"/>
          <w:color w:val="222222"/>
          <w:sz w:val="20"/>
        </w:rPr>
        <w:t>By · Telefon · din@email.dk · linkedin.com/in/ditnavn</w:t>
      </w:r>
    </w:p>
    <w:p>
      <w:pPr>
        <w:spacing w:after="160"/>
      </w:pPr>
      <w:r>
        <w:rPr>
          <w:b w:val="0"/>
          <w:i/>
          <w:color w:val="8A8A8A"/>
          <w:sz w:val="18"/>
        </w:rPr>
        <w:t>Tip: Hold CV'et på én side. Dette er et enkelt, ATS-venligt CV — undgå billeder, kolonner og tekstbokse, så rekrutteringssystemer kan læse teksten korrekt.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PROFIL</w:t>
      </w:r>
    </w:p>
    <w:p>
      <w:r>
        <w:rPr>
          <w:b w:val="0"/>
          <w:i w:val="0"/>
          <w:color w:val="666666"/>
          <w:sz w:val="21"/>
        </w:rPr>
        <w:t>Skriv 2-4 linjer om, hvem du er fagligt, dine vigtigste styrker og hvad du søger. Match ordvalget til stillingsopslaget.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ERHVERVSERFARING</w:t>
      </w:r>
    </w:p>
    <w:p>
      <w:pPr>
        <w:spacing w:after="0"/>
      </w:pPr>
      <w:r>
        <w:rPr>
          <w:b/>
          <w:i w:val="0"/>
          <w:color w:val="222222"/>
          <w:sz w:val="22"/>
        </w:rPr>
        <w:t>Stillingsbetegnelse</w:t>
      </w:r>
      <w:r>
        <w:rPr>
          <w:b w:val="0"/>
          <w:i w:val="0"/>
          <w:color w:val="222222"/>
          <w:sz w:val="21"/>
        </w:rPr>
        <w:t xml:space="preserve">  ·  Virksomhed, by</w:t>
      </w:r>
    </w:p>
    <w:p>
      <w:pPr>
        <w:spacing w:after="40"/>
      </w:pPr>
      <w:r>
        <w:rPr>
          <w:b w:val="0"/>
          <w:i w:val="0"/>
          <w:color w:val="666666"/>
          <w:sz w:val="19"/>
        </w:rPr>
        <w:t>mdr. åååå – mdr. åååå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Resultat eller ansvar — start med et udsagnsord og sæt tal på, hvor du kan.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Endnu et konkret resultat, fx 'reducerede spild med 12 %'.</w:t>
      </w:r>
    </w:p>
    <w:p>
      <w:pPr>
        <w:spacing w:after="80"/>
      </w:pPr>
    </w:p>
    <w:p>
      <w:pPr>
        <w:spacing w:after="0"/>
      </w:pPr>
      <w:r>
        <w:rPr>
          <w:b/>
          <w:i w:val="0"/>
          <w:color w:val="222222"/>
          <w:sz w:val="22"/>
        </w:rPr>
        <w:t>Stillingsbetegnelse</w:t>
      </w:r>
      <w:r>
        <w:rPr>
          <w:b w:val="0"/>
          <w:i w:val="0"/>
          <w:color w:val="222222"/>
          <w:sz w:val="21"/>
        </w:rPr>
        <w:t xml:space="preserve">  ·  Virksomhed, by</w:t>
      </w:r>
    </w:p>
    <w:p>
      <w:pPr>
        <w:spacing w:after="40"/>
      </w:pPr>
      <w:r>
        <w:rPr>
          <w:b w:val="0"/>
          <w:i w:val="0"/>
          <w:color w:val="666666"/>
          <w:sz w:val="19"/>
        </w:rPr>
        <w:t>mdr. åååå – mdr. åååå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Resultat eller ansvar — start med et udsagnsord og sæt tal på, hvor du kan.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Endnu et konkret resultat, fx 'reducerede spild med 12 %'.</w:t>
      </w:r>
    </w:p>
    <w:p>
      <w:pPr>
        <w:spacing w:after="80"/>
      </w:pPr>
    </w:p>
    <w:p>
      <w:pPr>
        <w:spacing w:before="200" w:after="60"/>
      </w:pPr>
      <w:r>
        <w:rPr>
          <w:b/>
          <w:i w:val="0"/>
          <w:color w:val="1F4E3D"/>
          <w:sz w:val="25"/>
        </w:rPr>
        <w:t>UDDANNELSE</w:t>
      </w:r>
    </w:p>
    <w:p>
      <w:pPr>
        <w:spacing w:after="0"/>
      </w:pPr>
      <w:r>
        <w:rPr>
          <w:b/>
          <w:i w:val="0"/>
          <w:color w:val="222222"/>
          <w:sz w:val="22"/>
        </w:rPr>
        <w:t>Uddannelsens navn</w:t>
      </w:r>
      <w:r>
        <w:rPr>
          <w:b w:val="0"/>
          <w:i w:val="0"/>
          <w:color w:val="222222"/>
          <w:sz w:val="21"/>
        </w:rPr>
        <w:t xml:space="preserve">  ·  Uddannelsessted</w:t>
      </w:r>
    </w:p>
    <w:p>
      <w:r>
        <w:rPr>
          <w:b w:val="0"/>
          <w:i w:val="0"/>
          <w:color w:val="666666"/>
          <w:sz w:val="19"/>
        </w:rPr>
        <w:t>åååå – åååå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KOMPETENCER</w:t>
      </w:r>
    </w:p>
    <w:p>
      <w:r>
        <w:rPr>
          <w:b w:val="0"/>
          <w:i w:val="0"/>
          <w:color w:val="222222"/>
          <w:sz w:val="21"/>
        </w:rPr>
        <w:t>Kompetence · Kompetence · Kompetence · Kompetence · Kompetence · Kompetence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SPROG</w:t>
      </w:r>
    </w:p>
    <w:p>
      <w:r>
        <w:rPr>
          <w:b w:val="0"/>
          <w:i w:val="0"/>
          <w:color w:val="222222"/>
          <w:sz w:val="21"/>
        </w:rPr>
        <w:t>Dansk (modersmål) · Engelsk (flydende) · Tysk (basis)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KURSER &amp; CERTIFICERINGER</w:t>
      </w:r>
    </w:p>
    <w:p>
      <w:r>
        <w:rPr>
          <w:b w:val="0"/>
          <w:i w:val="0"/>
          <w:color w:val="222222"/>
          <w:sz w:val="21"/>
        </w:rPr>
        <w:t>Kursusnavn, år · Certificering, år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