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i w:val="0"/>
          <w:color w:val="222222"/>
          <w:sz w:val="20"/>
        </w:rPr>
        <w:t>Dit Navn</w:t>
        <w:br/>
        <w:t>Gadenavn 1, 0000 By</w:t>
        <w:br/>
        <w:t>Telefon · din@email.dk</w:t>
      </w:r>
    </w:p>
    <w:p>
      <w:pPr>
        <w:spacing w:after="0"/>
      </w:pPr>
    </w:p>
    <w:p>
      <w:pPr>
        <w:spacing w:after="0"/>
      </w:pPr>
      <w:r>
        <w:rPr>
          <w:b w:val="0"/>
          <w:i w:val="0"/>
          <w:color w:val="222222"/>
          <w:sz w:val="21"/>
        </w:rPr>
        <w:t>Virksomhedens navn</w:t>
        <w:br/>
        <w:t>Att.: Kontaktperson</w:t>
        <w:br/>
        <w:t>By</w:t>
      </w:r>
    </w:p>
    <w:p>
      <w:pPr>
        <w:jc w:val="right"/>
      </w:pPr>
      <w:r>
        <w:rPr>
          <w:b w:val="0"/>
          <w:i w:val="0"/>
          <w:color w:val="666666"/>
          <w:sz w:val="20"/>
        </w:rPr>
        <w:t>By, den dd. måned åååå</w:t>
      </w:r>
    </w:p>
    <w:p>
      <w:pPr>
        <w:spacing w:after="160"/>
      </w:pPr>
      <w:r>
        <w:rPr>
          <w:b/>
          <w:i w:val="0"/>
          <w:color w:val="1F4E3D"/>
          <w:sz w:val="25"/>
        </w:rPr>
        <w:t>Ansøgning til stillingen som [stillingsbetegnelse]</w:t>
      </w:r>
    </w:p>
    <w:p>
      <w:pPr>
        <w:spacing w:after="160"/>
      </w:pPr>
      <w:r>
        <w:rPr>
          <w:b w:val="0"/>
          <w:i/>
          <w:color w:val="8A8A8A"/>
          <w:sz w:val="18"/>
        </w:rPr>
        <w:t>Tip: Hold ansøgningen på max én side. Skriv konkret, vis at du har læst opslaget, og giv eksempler frem for løse påstande.</w:t>
      </w:r>
    </w:p>
    <w:p>
      <w:r>
        <w:rPr>
          <w:b w:val="0"/>
          <w:i w:val="0"/>
          <w:color w:val="222222"/>
          <w:sz w:val="22"/>
        </w:rPr>
        <w:t>Kære [navn/ansættelsesudvalg],</w:t>
      </w:r>
    </w:p>
    <w:p>
      <w:pPr>
        <w:spacing w:after="160"/>
      </w:pPr>
      <w:r>
        <w:rPr>
          <w:b w:val="0"/>
          <w:i w:val="0"/>
          <w:color w:val="666666"/>
          <w:sz w:val="22"/>
        </w:rPr>
        <w:t>Indledning: Fortæl kort, hvilken stilling du søger, og hvorfor netop denne virksomhed og rolle fanger dig. Få læseren til at læse videre.</w:t>
      </w:r>
    </w:p>
    <w:p>
      <w:pPr>
        <w:spacing w:after="160"/>
      </w:pPr>
      <w:r>
        <w:rPr>
          <w:b w:val="0"/>
          <w:i w:val="0"/>
          <w:color w:val="666666"/>
          <w:sz w:val="22"/>
        </w:rPr>
        <w:t>Hvorfor dig: Beskriv 2-3 relevante resultater eller erfaringer, der matcher opslaget. Brug konkrete eksempler og tal, hvor du kan, i stedet for generelle udsagn.</w:t>
      </w:r>
    </w:p>
    <w:p>
      <w:pPr>
        <w:spacing w:after="160"/>
      </w:pPr>
      <w:r>
        <w:rPr>
          <w:b w:val="0"/>
          <w:i w:val="0"/>
          <w:color w:val="666666"/>
          <w:sz w:val="22"/>
        </w:rPr>
        <w:t>Hvorfor dem: Vis, at du kender virksomheden, og hvad du kan bidrage med fremadrettet. Knyt dine styrker til deres behov.</w:t>
      </w:r>
    </w:p>
    <w:p>
      <w:pPr>
        <w:spacing w:after="160"/>
      </w:pPr>
      <w:r>
        <w:rPr>
          <w:b w:val="0"/>
          <w:i w:val="0"/>
          <w:color w:val="666666"/>
          <w:sz w:val="22"/>
        </w:rPr>
        <w:t>Afslutning: Rund af med, at du ser frem til at uddybe til en samtale. Tak for deres tid.</w:t>
      </w:r>
    </w:p>
    <w:p>
      <w:pPr>
        <w:spacing w:before="120"/>
      </w:pPr>
      <w:r>
        <w:rPr>
          <w:b w:val="0"/>
          <w:i w:val="0"/>
          <w:color w:val="222222"/>
          <w:sz w:val="22"/>
        </w:rPr>
        <w:t>Med venlig hilsen</w:t>
        <w:br/>
        <w:br/>
        <w:t>Dit Navn</w:t>
      </w:r>
    </w:p>
    <w:sectPr w:rsidR="00FC693F" w:rsidRPr="0006063C" w:rsidSect="00034616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